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6439" w14:textId="77777777" w:rsidR="00862725" w:rsidRPr="005810AB" w:rsidRDefault="00000000" w:rsidP="005810AB">
      <w:pPr>
        <w:jc w:val="center"/>
        <w:rPr>
          <w:b/>
          <w:bCs/>
          <w:sz w:val="24"/>
          <w:szCs w:val="28"/>
        </w:rPr>
      </w:pPr>
      <w:r w:rsidRPr="005810AB">
        <w:rPr>
          <w:b/>
          <w:bCs/>
          <w:sz w:val="24"/>
          <w:szCs w:val="28"/>
        </w:rPr>
        <w:t>JOB DESCRIPTION (JD)</w:t>
      </w:r>
    </w:p>
    <w:p w14:paraId="790A8DAF" w14:textId="7C67166B" w:rsidR="00862725" w:rsidRDefault="00000000">
      <w:pPr>
        <w:jc w:val="center"/>
      </w:pPr>
      <w:proofErr w:type="spellStart"/>
      <w:r>
        <w:t>직무기술서</w:t>
      </w:r>
      <w:proofErr w:type="spellEnd"/>
      <w:r>
        <w:t xml:space="preserve"> </w:t>
      </w:r>
      <w:proofErr w:type="spellStart"/>
      <w:r>
        <w:t>작성</w:t>
      </w:r>
      <w:proofErr w:type="spellEnd"/>
      <w:r>
        <w:t xml:space="preserve"> </w:t>
      </w:r>
      <w:proofErr w:type="spellStart"/>
      <w:r>
        <w:t>양식</w:t>
      </w:r>
      <w:proofErr w:type="spellEnd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660"/>
        <w:gridCol w:w="5980"/>
      </w:tblGrid>
      <w:tr w:rsidR="00862725" w14:paraId="6076C218" w14:textId="77777777" w:rsidTr="00090690">
        <w:tc>
          <w:tcPr>
            <w:tcW w:w="2660" w:type="dxa"/>
          </w:tcPr>
          <w:p w14:paraId="24EA6E82" w14:textId="77777777" w:rsidR="00862725" w:rsidRDefault="00000000">
            <w:pPr>
              <w:jc w:val="center"/>
            </w:pPr>
            <w:proofErr w:type="spellStart"/>
            <w:r>
              <w:rPr>
                <w:b/>
              </w:rPr>
              <w:t>기본정보</w:t>
            </w:r>
            <w:proofErr w:type="spellEnd"/>
          </w:p>
        </w:tc>
        <w:tc>
          <w:tcPr>
            <w:tcW w:w="5980" w:type="dxa"/>
          </w:tcPr>
          <w:p w14:paraId="509E357C" w14:textId="77777777" w:rsidR="00862725" w:rsidRDefault="00000000">
            <w:pPr>
              <w:jc w:val="center"/>
            </w:pPr>
            <w:proofErr w:type="spellStart"/>
            <w:r>
              <w:rPr>
                <w:b/>
              </w:rPr>
              <w:t>내용</w:t>
            </w:r>
            <w:proofErr w:type="spellEnd"/>
          </w:p>
        </w:tc>
      </w:tr>
      <w:tr w:rsidR="00862725" w14:paraId="2F71244F" w14:textId="77777777" w:rsidTr="00090690">
        <w:tc>
          <w:tcPr>
            <w:tcW w:w="2660" w:type="dxa"/>
          </w:tcPr>
          <w:p w14:paraId="4700E9B6" w14:textId="77777777" w:rsidR="00862725" w:rsidRDefault="00000000">
            <w:proofErr w:type="spellStart"/>
            <w:r>
              <w:t>모집분야</w:t>
            </w:r>
            <w:proofErr w:type="spellEnd"/>
          </w:p>
        </w:tc>
        <w:tc>
          <w:tcPr>
            <w:tcW w:w="5980" w:type="dxa"/>
          </w:tcPr>
          <w:p w14:paraId="0912C08A" w14:textId="77777777" w:rsidR="00862725" w:rsidRDefault="00862725"/>
        </w:tc>
      </w:tr>
      <w:tr w:rsidR="00862725" w14:paraId="1FF40AF3" w14:textId="77777777" w:rsidTr="00090690">
        <w:tc>
          <w:tcPr>
            <w:tcW w:w="2660" w:type="dxa"/>
          </w:tcPr>
          <w:p w14:paraId="228AAAB1" w14:textId="77777777" w:rsidR="00862725" w:rsidRDefault="00000000">
            <w:proofErr w:type="spellStart"/>
            <w:r>
              <w:t>고용형태</w:t>
            </w:r>
            <w:proofErr w:type="spellEnd"/>
          </w:p>
        </w:tc>
        <w:tc>
          <w:tcPr>
            <w:tcW w:w="5980" w:type="dxa"/>
          </w:tcPr>
          <w:p w14:paraId="3CC3006C" w14:textId="77777777" w:rsidR="00862725" w:rsidRDefault="00862725"/>
        </w:tc>
      </w:tr>
      <w:tr w:rsidR="00862725" w14:paraId="4E251631" w14:textId="77777777" w:rsidTr="00090690">
        <w:tc>
          <w:tcPr>
            <w:tcW w:w="2660" w:type="dxa"/>
          </w:tcPr>
          <w:p w14:paraId="7054CC57" w14:textId="77777777" w:rsidR="00862725" w:rsidRDefault="00000000">
            <w:proofErr w:type="spellStart"/>
            <w:r>
              <w:t>근무부서</w:t>
            </w:r>
            <w:proofErr w:type="spellEnd"/>
          </w:p>
        </w:tc>
        <w:tc>
          <w:tcPr>
            <w:tcW w:w="5980" w:type="dxa"/>
          </w:tcPr>
          <w:p w14:paraId="00300B10" w14:textId="77777777" w:rsidR="00862725" w:rsidRDefault="00862725"/>
        </w:tc>
      </w:tr>
      <w:tr w:rsidR="00862725" w14:paraId="7AADA69C" w14:textId="77777777" w:rsidTr="00090690">
        <w:tc>
          <w:tcPr>
            <w:tcW w:w="2660" w:type="dxa"/>
          </w:tcPr>
          <w:p w14:paraId="7FD1242C" w14:textId="77777777" w:rsidR="00862725" w:rsidRDefault="00000000">
            <w:proofErr w:type="spellStart"/>
            <w:r>
              <w:t>모집인원</w:t>
            </w:r>
            <w:proofErr w:type="spellEnd"/>
          </w:p>
        </w:tc>
        <w:tc>
          <w:tcPr>
            <w:tcW w:w="5980" w:type="dxa"/>
          </w:tcPr>
          <w:p w14:paraId="1565BA6D" w14:textId="77777777" w:rsidR="00862725" w:rsidRDefault="00862725"/>
        </w:tc>
      </w:tr>
      <w:tr w:rsidR="00862725" w14:paraId="0D495A47" w14:textId="77777777" w:rsidTr="00090690">
        <w:tc>
          <w:tcPr>
            <w:tcW w:w="2660" w:type="dxa"/>
          </w:tcPr>
          <w:p w14:paraId="72DDA5A8" w14:textId="77777777" w:rsidR="00862725" w:rsidRDefault="00000000">
            <w:proofErr w:type="spellStart"/>
            <w:r>
              <w:t>근무지역</w:t>
            </w:r>
            <w:proofErr w:type="spellEnd"/>
          </w:p>
        </w:tc>
        <w:tc>
          <w:tcPr>
            <w:tcW w:w="5980" w:type="dxa"/>
          </w:tcPr>
          <w:p w14:paraId="3C2908F4" w14:textId="77777777" w:rsidR="00862725" w:rsidRDefault="00862725"/>
        </w:tc>
      </w:tr>
    </w:tbl>
    <w:p w14:paraId="5218FCE8" w14:textId="77777777" w:rsidR="00862725" w:rsidRDefault="00862725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660"/>
        <w:gridCol w:w="5980"/>
      </w:tblGrid>
      <w:tr w:rsidR="00862725" w14:paraId="3F97A07E" w14:textId="77777777" w:rsidTr="00090690">
        <w:tc>
          <w:tcPr>
            <w:tcW w:w="2660" w:type="dxa"/>
          </w:tcPr>
          <w:p w14:paraId="23AB2314" w14:textId="77777777" w:rsidR="00862725" w:rsidRDefault="00000000">
            <w:pPr>
              <w:jc w:val="center"/>
            </w:pPr>
            <w:proofErr w:type="spellStart"/>
            <w:r>
              <w:rPr>
                <w:b/>
              </w:rPr>
              <w:t>직무내용</w:t>
            </w:r>
            <w:proofErr w:type="spellEnd"/>
          </w:p>
        </w:tc>
        <w:tc>
          <w:tcPr>
            <w:tcW w:w="5980" w:type="dxa"/>
          </w:tcPr>
          <w:p w14:paraId="776D8516" w14:textId="77777777" w:rsidR="00862725" w:rsidRDefault="00000000">
            <w:pPr>
              <w:jc w:val="center"/>
            </w:pPr>
            <w:r>
              <w:rPr>
                <w:b/>
              </w:rPr>
              <w:t>내용</w:t>
            </w:r>
          </w:p>
        </w:tc>
      </w:tr>
      <w:tr w:rsidR="00862725" w14:paraId="6E8C9063" w14:textId="77777777" w:rsidTr="00090690">
        <w:tc>
          <w:tcPr>
            <w:tcW w:w="2660" w:type="dxa"/>
          </w:tcPr>
          <w:p w14:paraId="36F4D339" w14:textId="77777777" w:rsidR="00862725" w:rsidRDefault="00000000">
            <w:proofErr w:type="spellStart"/>
            <w:r>
              <w:t>담당업무</w:t>
            </w:r>
            <w:proofErr w:type="spellEnd"/>
          </w:p>
        </w:tc>
        <w:tc>
          <w:tcPr>
            <w:tcW w:w="5980" w:type="dxa"/>
          </w:tcPr>
          <w:p w14:paraId="6957F630" w14:textId="77777777" w:rsidR="00862725" w:rsidRDefault="00862725"/>
        </w:tc>
      </w:tr>
      <w:tr w:rsidR="00862725" w14:paraId="044B4BD6" w14:textId="77777777" w:rsidTr="00090690">
        <w:tc>
          <w:tcPr>
            <w:tcW w:w="2660" w:type="dxa"/>
          </w:tcPr>
          <w:p w14:paraId="218C16F5" w14:textId="77777777" w:rsidR="00862725" w:rsidRDefault="00000000">
            <w:r>
              <w:t>자격요건</w:t>
            </w:r>
          </w:p>
        </w:tc>
        <w:tc>
          <w:tcPr>
            <w:tcW w:w="5980" w:type="dxa"/>
          </w:tcPr>
          <w:p w14:paraId="16598B8D" w14:textId="77777777" w:rsidR="00862725" w:rsidRDefault="00862725"/>
        </w:tc>
      </w:tr>
      <w:tr w:rsidR="00862725" w14:paraId="4B45D0CE" w14:textId="77777777" w:rsidTr="00090690">
        <w:tc>
          <w:tcPr>
            <w:tcW w:w="2660" w:type="dxa"/>
          </w:tcPr>
          <w:p w14:paraId="57A8F947" w14:textId="77777777" w:rsidR="00862725" w:rsidRDefault="00000000">
            <w:r>
              <w:t>우대사항</w:t>
            </w:r>
          </w:p>
        </w:tc>
        <w:tc>
          <w:tcPr>
            <w:tcW w:w="5980" w:type="dxa"/>
          </w:tcPr>
          <w:p w14:paraId="086FFCE7" w14:textId="77777777" w:rsidR="00862725" w:rsidRDefault="00862725"/>
        </w:tc>
      </w:tr>
    </w:tbl>
    <w:p w14:paraId="50685317" w14:textId="77777777" w:rsidR="00862725" w:rsidRDefault="00862725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660"/>
        <w:gridCol w:w="5980"/>
      </w:tblGrid>
      <w:tr w:rsidR="00862725" w14:paraId="2E045B2A" w14:textId="77777777" w:rsidTr="00090690">
        <w:tc>
          <w:tcPr>
            <w:tcW w:w="2660" w:type="dxa"/>
          </w:tcPr>
          <w:p w14:paraId="4D48748B" w14:textId="77777777" w:rsidR="00862725" w:rsidRDefault="00000000">
            <w:pPr>
              <w:jc w:val="center"/>
            </w:pPr>
            <w:proofErr w:type="spellStart"/>
            <w:r>
              <w:rPr>
                <w:b/>
              </w:rPr>
              <w:t>근무조건</w:t>
            </w:r>
            <w:proofErr w:type="spellEnd"/>
          </w:p>
        </w:tc>
        <w:tc>
          <w:tcPr>
            <w:tcW w:w="5980" w:type="dxa"/>
          </w:tcPr>
          <w:p w14:paraId="6FABD481" w14:textId="77777777" w:rsidR="00862725" w:rsidRDefault="00000000">
            <w:pPr>
              <w:jc w:val="center"/>
            </w:pPr>
            <w:r>
              <w:rPr>
                <w:b/>
              </w:rPr>
              <w:t>내용</w:t>
            </w:r>
          </w:p>
        </w:tc>
      </w:tr>
      <w:tr w:rsidR="00862725" w14:paraId="217A70A7" w14:textId="77777777" w:rsidTr="00090690">
        <w:tc>
          <w:tcPr>
            <w:tcW w:w="2660" w:type="dxa"/>
          </w:tcPr>
          <w:p w14:paraId="782A2F4C" w14:textId="77777777" w:rsidR="00862725" w:rsidRDefault="00000000">
            <w:r>
              <w:t>근무시간</w:t>
            </w:r>
          </w:p>
        </w:tc>
        <w:tc>
          <w:tcPr>
            <w:tcW w:w="5980" w:type="dxa"/>
          </w:tcPr>
          <w:p w14:paraId="05657D09" w14:textId="77777777" w:rsidR="00862725" w:rsidRDefault="00862725"/>
        </w:tc>
      </w:tr>
      <w:tr w:rsidR="00862725" w14:paraId="49B6729E" w14:textId="77777777" w:rsidTr="00090690">
        <w:tc>
          <w:tcPr>
            <w:tcW w:w="2660" w:type="dxa"/>
          </w:tcPr>
          <w:p w14:paraId="71407ADA" w14:textId="77777777" w:rsidR="00862725" w:rsidRDefault="00000000">
            <w:r>
              <w:t>급여</w:t>
            </w:r>
          </w:p>
        </w:tc>
        <w:tc>
          <w:tcPr>
            <w:tcW w:w="5980" w:type="dxa"/>
          </w:tcPr>
          <w:p w14:paraId="51B5E246" w14:textId="77777777" w:rsidR="00862725" w:rsidRDefault="00862725"/>
        </w:tc>
      </w:tr>
      <w:tr w:rsidR="00862725" w14:paraId="2277FDAD" w14:textId="77777777" w:rsidTr="00090690">
        <w:tc>
          <w:tcPr>
            <w:tcW w:w="2660" w:type="dxa"/>
          </w:tcPr>
          <w:p w14:paraId="7757F368" w14:textId="77777777" w:rsidR="00862725" w:rsidRDefault="00000000">
            <w:r>
              <w:t>복리후생</w:t>
            </w:r>
          </w:p>
        </w:tc>
        <w:tc>
          <w:tcPr>
            <w:tcW w:w="5980" w:type="dxa"/>
          </w:tcPr>
          <w:p w14:paraId="0421DF16" w14:textId="77777777" w:rsidR="00862725" w:rsidRDefault="00862725"/>
        </w:tc>
      </w:tr>
    </w:tbl>
    <w:p w14:paraId="704B8F8A" w14:textId="77777777" w:rsidR="00862725" w:rsidRDefault="00862725"/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660"/>
        <w:gridCol w:w="5980"/>
      </w:tblGrid>
      <w:tr w:rsidR="00862725" w14:paraId="3019A2EC" w14:textId="77777777" w:rsidTr="00090690">
        <w:tc>
          <w:tcPr>
            <w:tcW w:w="2660" w:type="dxa"/>
          </w:tcPr>
          <w:p w14:paraId="1DCE9C18" w14:textId="77777777" w:rsidR="00862725" w:rsidRDefault="00000000">
            <w:pPr>
              <w:jc w:val="center"/>
            </w:pPr>
            <w:proofErr w:type="spellStart"/>
            <w:r>
              <w:rPr>
                <w:b/>
              </w:rPr>
              <w:t>채용절차</w:t>
            </w:r>
            <w:proofErr w:type="spellEnd"/>
          </w:p>
        </w:tc>
        <w:tc>
          <w:tcPr>
            <w:tcW w:w="5980" w:type="dxa"/>
          </w:tcPr>
          <w:p w14:paraId="1A46FB0B" w14:textId="77777777" w:rsidR="00862725" w:rsidRDefault="00000000">
            <w:pPr>
              <w:jc w:val="center"/>
            </w:pPr>
            <w:r>
              <w:rPr>
                <w:b/>
              </w:rPr>
              <w:t>내용</w:t>
            </w:r>
          </w:p>
        </w:tc>
      </w:tr>
      <w:tr w:rsidR="00862725" w14:paraId="6D41058A" w14:textId="77777777" w:rsidTr="00090690">
        <w:tc>
          <w:tcPr>
            <w:tcW w:w="2660" w:type="dxa"/>
          </w:tcPr>
          <w:p w14:paraId="628C0DFA" w14:textId="77777777" w:rsidR="00862725" w:rsidRDefault="00000000">
            <w:r>
              <w:t>전형절차</w:t>
            </w:r>
          </w:p>
        </w:tc>
        <w:tc>
          <w:tcPr>
            <w:tcW w:w="5980" w:type="dxa"/>
          </w:tcPr>
          <w:p w14:paraId="32010C48" w14:textId="77777777" w:rsidR="00862725" w:rsidRDefault="00862725"/>
        </w:tc>
      </w:tr>
      <w:tr w:rsidR="00862725" w14:paraId="27ADA2A9" w14:textId="77777777" w:rsidTr="00090690">
        <w:tc>
          <w:tcPr>
            <w:tcW w:w="2660" w:type="dxa"/>
          </w:tcPr>
          <w:p w14:paraId="727E61BC" w14:textId="77777777" w:rsidR="00862725" w:rsidRDefault="00000000">
            <w:r>
              <w:t>제출서류</w:t>
            </w:r>
          </w:p>
        </w:tc>
        <w:tc>
          <w:tcPr>
            <w:tcW w:w="5980" w:type="dxa"/>
          </w:tcPr>
          <w:p w14:paraId="75786AFF" w14:textId="77777777" w:rsidR="00862725" w:rsidRDefault="00862725"/>
        </w:tc>
      </w:tr>
      <w:tr w:rsidR="00862725" w14:paraId="60387DAB" w14:textId="77777777" w:rsidTr="00090690">
        <w:tc>
          <w:tcPr>
            <w:tcW w:w="2660" w:type="dxa"/>
          </w:tcPr>
          <w:p w14:paraId="4B460822" w14:textId="77777777" w:rsidR="00862725" w:rsidRDefault="00000000">
            <w:r>
              <w:t>지원방법</w:t>
            </w:r>
          </w:p>
        </w:tc>
        <w:tc>
          <w:tcPr>
            <w:tcW w:w="5980" w:type="dxa"/>
          </w:tcPr>
          <w:p w14:paraId="58B2D8EA" w14:textId="77777777" w:rsidR="00862725" w:rsidRDefault="00862725"/>
        </w:tc>
      </w:tr>
      <w:tr w:rsidR="00862725" w14:paraId="0613DA82" w14:textId="77777777" w:rsidTr="00090690">
        <w:tc>
          <w:tcPr>
            <w:tcW w:w="2660" w:type="dxa"/>
          </w:tcPr>
          <w:p w14:paraId="723A0234" w14:textId="77777777" w:rsidR="00862725" w:rsidRDefault="00000000">
            <w:r>
              <w:t>문의처</w:t>
            </w:r>
          </w:p>
        </w:tc>
        <w:tc>
          <w:tcPr>
            <w:tcW w:w="5980" w:type="dxa"/>
          </w:tcPr>
          <w:p w14:paraId="3673731C" w14:textId="77777777" w:rsidR="00862725" w:rsidRDefault="00862725"/>
        </w:tc>
      </w:tr>
    </w:tbl>
    <w:p w14:paraId="42B25ED4" w14:textId="77777777" w:rsidR="00862725" w:rsidRDefault="00862725"/>
    <w:p w14:paraId="4FECCE4C" w14:textId="77777777" w:rsidR="00862725" w:rsidRPr="005810AB" w:rsidRDefault="00000000" w:rsidP="005810AB">
      <w:pPr>
        <w:rPr>
          <w:sz w:val="24"/>
          <w:szCs w:val="28"/>
        </w:rPr>
      </w:pPr>
      <w:r w:rsidRPr="005810AB">
        <w:rPr>
          <w:sz w:val="24"/>
          <w:szCs w:val="28"/>
        </w:rPr>
        <w:t>비고</w:t>
      </w:r>
    </w:p>
    <w:p w14:paraId="4AB306EF" w14:textId="77777777" w:rsidR="00862725" w:rsidRDefault="00000000">
      <w:pPr>
        <w:rPr>
          <w:lang w:eastAsia="ko-KR"/>
        </w:rPr>
      </w:pPr>
      <w:r>
        <w:rPr>
          <w:lang w:eastAsia="ko-KR"/>
        </w:rPr>
        <w:t>• 담당업무는 핵심 업무 위주로 간결하게 작성</w:t>
      </w:r>
      <w:r>
        <w:rPr>
          <w:lang w:eastAsia="ko-KR"/>
        </w:rPr>
        <w:br/>
        <w:t>• 자격요건과 우대사항은 구분하여 작성</w:t>
      </w:r>
      <w:r>
        <w:rPr>
          <w:lang w:eastAsia="ko-KR"/>
        </w:rPr>
        <w:br/>
        <w:t>• 급여는 '회사 내규에 따름' 또는 범위를 기재</w:t>
      </w:r>
    </w:p>
    <w:sectPr w:rsidR="008627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0958390">
    <w:abstractNumId w:val="8"/>
  </w:num>
  <w:num w:numId="2" w16cid:durableId="495416992">
    <w:abstractNumId w:val="6"/>
  </w:num>
  <w:num w:numId="3" w16cid:durableId="1789665194">
    <w:abstractNumId w:val="5"/>
  </w:num>
  <w:num w:numId="4" w16cid:durableId="6952092">
    <w:abstractNumId w:val="4"/>
  </w:num>
  <w:num w:numId="5" w16cid:durableId="454299210">
    <w:abstractNumId w:val="7"/>
  </w:num>
  <w:num w:numId="6" w16cid:durableId="1032532679">
    <w:abstractNumId w:val="3"/>
  </w:num>
  <w:num w:numId="7" w16cid:durableId="612326608">
    <w:abstractNumId w:val="2"/>
  </w:num>
  <w:num w:numId="8" w16cid:durableId="1693141671">
    <w:abstractNumId w:val="1"/>
  </w:num>
  <w:num w:numId="9" w16cid:durableId="116543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690"/>
    <w:rsid w:val="0015074B"/>
    <w:rsid w:val="0029639D"/>
    <w:rsid w:val="00326F90"/>
    <w:rsid w:val="005810AB"/>
    <w:rsid w:val="00862725"/>
    <w:rsid w:val="0097004F"/>
    <w:rsid w:val="00AA1D8D"/>
    <w:rsid w:val="00B47730"/>
    <w:rsid w:val="00CB0664"/>
    <w:rsid w:val="00F459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4DF5F6"/>
  <w14:defaultImageDpi w14:val="300"/>
  <w15:docId w15:val="{381E14A0-132F-432B-A57F-E4162BC5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문산천</cp:lastModifiedBy>
  <cp:revision>3</cp:revision>
  <dcterms:created xsi:type="dcterms:W3CDTF">2013-12-23T23:15:00Z</dcterms:created>
  <dcterms:modified xsi:type="dcterms:W3CDTF">2026-07-21T04:48:00Z</dcterms:modified>
  <cp:category/>
</cp:coreProperties>
</file>